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זמן שבו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בגדים אחד על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להקה היא קבוצה של ציפורים שעפות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(ציפור גדולה עם רגליים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(קבוצה של ציפורים שעפות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(כמה בגדים אחד על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שנאספו בגומה באדמה)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את המילה סערה בהקשר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את המילה שלולית בהקשר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אור, רעם הוא הקול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שינה ארוכה של בעלי חיים בזמן הקור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הכולל את המילה מהביל בהקשר של חום ואד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לפני תחילת העבודה כדי לחזק את ההיגוי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לחבר משפטים אישיים הקשורים לחוויות חורף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כדי לעודד שיח על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שקשורות לחורף, כמו גשם, סערה, ברק ורעם. נלמד את המשמעות של כל מילה ונדע להשתמש בה נכון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שנת חורף  ·  ברק  ·  סערה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זו עונת הגשמים?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 שבו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 שבו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 שבו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הכוונה במילה שכבות?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 של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בגדים אחד על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בא קודם, ברק או 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 ביחד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עגור היא ציפור גדולה עם רגליים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להקה היא ציפור אחת בודדת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שלג הוא פתיתים לבנים של מים קפואים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בזמן __________ נשארים במקום מוגן כדי להיות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הצב ישן __________ באדמה כשקר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האיר את כל הרחוב בזמן הסערה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קבוצה של ציפורים שעפות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שנאספו בגומה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ציפור גדולה עם רגליים ארוכות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כמה בגדים אחד על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משלכם עם המילה סערה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משלכם עם המילה שלולית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זו שנת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החורף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