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– החורף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המילים ולהשתמש בהן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מילה להגדרה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זמן שבו יורד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כמה בגדים אחד על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רוח חזקה עם גשם וברקים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בזמן הקור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חם מאוד ועולה ממנו אד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להקה היא קבוצה של ציפורים שעפות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מחשיך פירושו נעשה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נאמר בדוגמה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מוגדר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שנת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מחשיך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מהביל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(ציפור גדולה עם רגליים ארוכות)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(קבוצה של ציפורים שעפות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(כמה בגדים אחד על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(מים שנאספו בגומה באדמה)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(הזמן בשנה שבו יורד 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הכולל את המילה סערה בהקשר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הכולל את המילה שלולית בהקשר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שמזכירה שינה ארוכה של בעלי חיים בזמן הקור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לקטע קצר הכולל לפחות שלוש מילים מהרשימה בהקשר הגיוני, כגון סערה, ברק, רעם, שלולית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ברק הוא אור, רעם הוא הקול שבא אחריו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שינה ארוכה של בעלי חיים בזמן הקור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הכולל את המילה מהביל בהקשר של חום ואד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המילים בקול לפני תחילת העבודה כדי לחזק את ההיגוי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לחבר משפטים אישיים הקשורים לחוויות חורף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לעבוד בזוגות כדי לעודד שיח על המילים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– החורף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על החורף. נלמד מה כל מילה אומרת ונכתוב משפטים קצרים.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עונת הגשמים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בשנה שבו יורד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בגדים אחד על השני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חזק בשמיים בזמן סערה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 חזק שבא אחרי הברק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סערה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רוח חזקה עם גשם וברקים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שנאספו בגומה באדמה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שנת חורף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שינה ארוכה של בעלי חיים בזמן הקור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מהביל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חם מאוד ועולה ממנו אד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יורד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 שבו יורד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 שבו יורד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שבו חם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 שבו יש רוח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שכבות זה קשור ל... בגדים או אוכל?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 של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בגדים אחד על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מגיע ראשון בסערה?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ביחד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סערה זה מזג אוויר שקט או סוער?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חם ושטוף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רוח חזקה עם גשם וברקים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שינה ארוכה של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 בגומה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בעלי חיים ישנים הרבה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בקיץ החם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בזמן הקור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בסתיו המוקדם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מהביל זה חם או 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חם מאוד ועולה ממנו אד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יבש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צבעוני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עגור היא ציפור גדולה עם רגליים ארוכות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להקה היא ציפור אחת בודדת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שלג הוא פתיתים לבנים של מים קפואים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מחשיך פירושו נעשה אור חזק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בישראל יורד שלג על הר החרמון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שלולית היא מים שנאספים בגומה באדמה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בזמן __________ נשארים במקום מוגן כדי להיות בטוחים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הצב ישן __________ באדמה כשקר 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האיר את כל הרחוב בזמן הסערה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הרעיד את החלונות אחרי הברק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בחורף __________ מוקדם ונהיה חושך בשעה מוקדמת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סבתא הגישה מרק __________ וחם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כמה בגדים אחד על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להקה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הזמן בשנה שבו יורד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שכבות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מים שנאספו בגומה באדמה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ציפור גדולה עם רגליים ארוכות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עונת הגשמים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קבוצה של ציפורים שעפות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משלכם עם המילה סערה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משלכם עם המילה שלולית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מה זו שנת חורף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יום חורף גשום - אילו מהמילים שלמדנו מתאימות לתאר אותו? בחרו לפחות שלוש מילים וכתבו קטע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ברק לרעם?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זו שנת 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המילה מהביל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– החורף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