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זמן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בגדים אחד על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רוח חזקה עם גשם וברקים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בזמן הקור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חם מאוד ועולה ממנו אד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להקה היא קבוצה של ציפורים שעפות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מחשיך פירושו נעשה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נאמר בדוגמה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מחשיך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(ציפור גדולה עם רגליים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(קבוצה של ציפורים שעפות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(כמה בגדים אחד על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(מים שנאספו בגומה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(הזמן בשנה שבו יורד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את המילה סערה בהקשר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את המילה שלולית בהקשר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שמזכירה שינה ארוכה של בעלי חיים בזמן הקור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לקטע קצר הכולל לפחות שלוש מילים מהרשימה בהקשר הגיוני, כגון סערה, ברק, רעם,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אור, רעם הוא הקול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שינה ארוכה של בעלי חיים בזמן הקור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הכולל את המילה מהביל בהקשר של חום ואד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לפני תחילת העבודה כדי לחזק את ההיגוי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לחבר משפטים אישיים הקשורים לחוויות חורף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כדי לעודד שיח על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שקשורות לחורף, כמו גשם, סערה, ברק ורעם. נלמד את המשמעות של כל מילה ונדע להשתמש בה נכון במשפט.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עונת הגשמים?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שבו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שבו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שבו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שבו יש רוח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במילה שכבות?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בגדים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בא קודם, ברק או 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ביחד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זו 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חם ושטוף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 חזקה עם גשם וברקים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ארוכה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בגומה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הולכים לשנת חורף בעלי 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מהביל?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מאוד ועולה ממנו אד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 היא ציפור גדולה עם רגליים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להקה היא ציפור אחת בודדת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הוא פתיתים לבנים של מים קפואים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מחשיך פירושו נעשה אור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בישראל יורד שלג על הר החרמון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היא מים שנאספים בגומה באדמה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בזמן __________ נשארים במקום מוגן כדי להיות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הצב ישן __________ באדמה כשקר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האיר את כל הרחוב בזמן הסערה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הרעיד את החלונות אחרי הברק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בחורף __________ מוקדם ונהיה חושך בשעה מוקדמת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סבתא הגישה מרק __________ וחם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הזמן בשנה שבו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ציפור גדולה עם רגליים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קבוצה של ציפורים שעפות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עונת הגשמים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שנאספו בגומה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סערה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משלכם עם המילה שלולית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זו שנת 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חורף גשום - אילו מהמילים שלמדנו מתאימות לתאר אותו? בחרו לפחות שלוש מילים וכתבו קטע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שנת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מהביל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החורף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